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E446E" w14:textId="43BF7650" w:rsidR="0005461C" w:rsidRDefault="0005461C">
      <w:r>
        <w:tab/>
      </w:r>
      <w:r>
        <w:tab/>
      </w:r>
      <w:r>
        <w:tab/>
      </w:r>
      <w:r>
        <w:tab/>
        <w:t xml:space="preserve">            LOGO</w:t>
      </w:r>
    </w:p>
    <w:p w14:paraId="21AC2FCC" w14:textId="77777777" w:rsidR="0005461C" w:rsidRDefault="0005461C"/>
    <w:p w14:paraId="4375380B" w14:textId="3BF42E97" w:rsidR="00B61AD0" w:rsidRDefault="0005461C">
      <w:proofErr w:type="spellStart"/>
      <w:r>
        <w:t>Ofício</w:t>
      </w:r>
      <w:proofErr w:type="spellEnd"/>
      <w:r>
        <w:t xml:space="preserve"> Nº ____/____/____</w:t>
      </w:r>
    </w:p>
    <w:p w14:paraId="02F3E627" w14:textId="77777777" w:rsidR="00B61AD0" w:rsidRDefault="0005461C" w:rsidP="0005461C">
      <w:pPr>
        <w:ind w:left="5040" w:firstLine="720"/>
      </w:pPr>
      <w:r>
        <w:t>Local, ___ de __________ de 2025</w:t>
      </w:r>
    </w:p>
    <w:p w14:paraId="61D105B6" w14:textId="77777777" w:rsidR="00B61AD0" w:rsidRDefault="0005461C">
      <w:r>
        <w:t>À</w:t>
      </w:r>
    </w:p>
    <w:p w14:paraId="2AD50305" w14:textId="77777777" w:rsidR="00B61AD0" w:rsidRDefault="0005461C">
      <w:r>
        <w:t>_____________________________________</w:t>
      </w:r>
    </w:p>
    <w:p w14:paraId="48E19083" w14:textId="77777777" w:rsidR="00B61AD0" w:rsidRDefault="0005461C">
      <w:r>
        <w:t>CNPJ: _______________________________</w:t>
      </w:r>
    </w:p>
    <w:p w14:paraId="1071C630" w14:textId="77777777" w:rsidR="00B61AD0" w:rsidRDefault="0005461C">
      <w:r>
        <w:t>Endereço: ____________________________</w:t>
      </w:r>
    </w:p>
    <w:p w14:paraId="77CCD5AF" w14:textId="0AB95969" w:rsidR="00B61AD0" w:rsidRDefault="0005461C">
      <w:r>
        <w:rPr>
          <w:b/>
        </w:rPr>
        <w:br/>
        <w:t xml:space="preserve">Assunto: Adesão à Ata de Registro de Preços </w:t>
      </w:r>
    </w:p>
    <w:p w14:paraId="082E87E6" w14:textId="77777777" w:rsidR="00B61AD0" w:rsidRDefault="0005461C">
      <w:r>
        <w:br/>
        <w:t>Prezado(a) Fornecedor(a),</w:t>
      </w:r>
    </w:p>
    <w:p w14:paraId="7C2036A0" w14:textId="28518E4B" w:rsidR="00B61AD0" w:rsidRDefault="0005461C" w:rsidP="0005461C">
      <w:pPr>
        <w:jc w:val="both"/>
      </w:pPr>
      <w:r>
        <w:t xml:space="preserve">O [ÓRGÃO/ENTIDADE INTERESSADA] manifesta o interesse em aderir à Ata de Registro de Preços, Pregão Eletrônico nº. ______/____, </w:t>
      </w:r>
      <w:proofErr w:type="spellStart"/>
      <w:r>
        <w:t>formalizada</w:t>
      </w:r>
      <w:proofErr w:type="spellEnd"/>
      <w:r>
        <w:t xml:space="preserve"> </w:t>
      </w:r>
      <w:proofErr w:type="spellStart"/>
      <w:r>
        <w:t>pelo</w:t>
      </w:r>
      <w:proofErr w:type="spellEnd"/>
      <w:r>
        <w:t xml:space="preserve"> [ÓRGÃO/ENTIDADE GERENCIADOR DA ATA]– UASG ______, </w:t>
      </w:r>
      <w:proofErr w:type="spellStart"/>
      <w:r>
        <w:t>firmada</w:t>
      </w:r>
      <w:proofErr w:type="spellEnd"/>
      <w:r>
        <w:t xml:space="preserve"> com </w:t>
      </w:r>
      <w:proofErr w:type="gramStart"/>
      <w:r>
        <w:t>a</w:t>
      </w:r>
      <w:proofErr w:type="gramEnd"/>
      <w:r>
        <w:t xml:space="preserve"> </w:t>
      </w:r>
      <w:proofErr w:type="spellStart"/>
      <w:r>
        <w:t>empresa</w:t>
      </w:r>
      <w:proofErr w:type="spellEnd"/>
      <w:r>
        <w:t xml:space="preserve"> _______________________, CNPJ ____________, para o fornecimento do(s) item(ns) abaixo: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21"/>
        <w:gridCol w:w="1215"/>
        <w:gridCol w:w="1306"/>
        <w:gridCol w:w="1224"/>
        <w:gridCol w:w="1231"/>
        <w:gridCol w:w="1226"/>
        <w:gridCol w:w="1217"/>
      </w:tblGrid>
      <w:tr w:rsidR="00B61AD0" w14:paraId="7B8210EB" w14:textId="77777777">
        <w:tc>
          <w:tcPr>
            <w:tcW w:w="1234" w:type="dxa"/>
          </w:tcPr>
          <w:p w14:paraId="7ADCA18A" w14:textId="77777777" w:rsidR="00B61AD0" w:rsidRDefault="0005461C" w:rsidP="0005461C">
            <w:pPr>
              <w:jc w:val="both"/>
            </w:pPr>
            <w:r>
              <w:t>Grupo</w:t>
            </w:r>
          </w:p>
        </w:tc>
        <w:tc>
          <w:tcPr>
            <w:tcW w:w="1234" w:type="dxa"/>
          </w:tcPr>
          <w:p w14:paraId="7D2E306D" w14:textId="77777777" w:rsidR="00B61AD0" w:rsidRDefault="0005461C" w:rsidP="0005461C">
            <w:pPr>
              <w:jc w:val="both"/>
            </w:pPr>
            <w:r>
              <w:t>Item</w:t>
            </w:r>
          </w:p>
        </w:tc>
        <w:tc>
          <w:tcPr>
            <w:tcW w:w="1234" w:type="dxa"/>
          </w:tcPr>
          <w:p w14:paraId="7004CB31" w14:textId="77777777" w:rsidR="00B61AD0" w:rsidRDefault="0005461C" w:rsidP="0005461C">
            <w:pPr>
              <w:jc w:val="both"/>
            </w:pPr>
            <w:r>
              <w:t>Quantidade</w:t>
            </w:r>
          </w:p>
        </w:tc>
        <w:tc>
          <w:tcPr>
            <w:tcW w:w="1234" w:type="dxa"/>
          </w:tcPr>
          <w:p w14:paraId="02F411E9" w14:textId="77777777" w:rsidR="00B61AD0" w:rsidRDefault="0005461C" w:rsidP="0005461C">
            <w:pPr>
              <w:jc w:val="both"/>
            </w:pPr>
            <w:r>
              <w:t>Métrica</w:t>
            </w:r>
          </w:p>
        </w:tc>
        <w:tc>
          <w:tcPr>
            <w:tcW w:w="1234" w:type="dxa"/>
          </w:tcPr>
          <w:p w14:paraId="685FDBE7" w14:textId="77777777" w:rsidR="00B61AD0" w:rsidRDefault="0005461C" w:rsidP="0005461C">
            <w:pPr>
              <w:jc w:val="both"/>
            </w:pPr>
            <w:r>
              <w:t>Descrição</w:t>
            </w:r>
          </w:p>
        </w:tc>
        <w:tc>
          <w:tcPr>
            <w:tcW w:w="1234" w:type="dxa"/>
          </w:tcPr>
          <w:p w14:paraId="408418F8" w14:textId="77777777" w:rsidR="00B61AD0" w:rsidRDefault="0005461C" w:rsidP="0005461C">
            <w:pPr>
              <w:jc w:val="both"/>
            </w:pPr>
            <w:r>
              <w:t>Valor Unitário</w:t>
            </w:r>
          </w:p>
        </w:tc>
        <w:tc>
          <w:tcPr>
            <w:tcW w:w="1234" w:type="dxa"/>
          </w:tcPr>
          <w:p w14:paraId="26BEA9BA" w14:textId="77777777" w:rsidR="00B61AD0" w:rsidRDefault="0005461C" w:rsidP="0005461C">
            <w:pPr>
              <w:jc w:val="both"/>
            </w:pPr>
            <w:r>
              <w:t>Valor Total</w:t>
            </w:r>
          </w:p>
        </w:tc>
      </w:tr>
      <w:tr w:rsidR="00B61AD0" w14:paraId="02E16950" w14:textId="77777777">
        <w:tc>
          <w:tcPr>
            <w:tcW w:w="1234" w:type="dxa"/>
          </w:tcPr>
          <w:p w14:paraId="47D00B18" w14:textId="77777777" w:rsidR="00B61AD0" w:rsidRDefault="0005461C">
            <w:r>
              <w:t>____</w:t>
            </w:r>
          </w:p>
        </w:tc>
        <w:tc>
          <w:tcPr>
            <w:tcW w:w="1234" w:type="dxa"/>
          </w:tcPr>
          <w:p w14:paraId="13467E26" w14:textId="77777777" w:rsidR="00B61AD0" w:rsidRDefault="0005461C">
            <w:r>
              <w:t>____</w:t>
            </w:r>
          </w:p>
        </w:tc>
        <w:tc>
          <w:tcPr>
            <w:tcW w:w="1234" w:type="dxa"/>
          </w:tcPr>
          <w:p w14:paraId="126236E6" w14:textId="77777777" w:rsidR="00B61AD0" w:rsidRDefault="0005461C">
            <w:r>
              <w:t>____</w:t>
            </w:r>
          </w:p>
        </w:tc>
        <w:tc>
          <w:tcPr>
            <w:tcW w:w="1234" w:type="dxa"/>
          </w:tcPr>
          <w:p w14:paraId="5CE0C6C8" w14:textId="77777777" w:rsidR="00B61AD0" w:rsidRDefault="0005461C">
            <w:r>
              <w:t>____</w:t>
            </w:r>
          </w:p>
        </w:tc>
        <w:tc>
          <w:tcPr>
            <w:tcW w:w="1234" w:type="dxa"/>
          </w:tcPr>
          <w:p w14:paraId="3636CD75" w14:textId="77777777" w:rsidR="00B61AD0" w:rsidRDefault="0005461C">
            <w:r>
              <w:t>____</w:t>
            </w:r>
          </w:p>
        </w:tc>
        <w:tc>
          <w:tcPr>
            <w:tcW w:w="1234" w:type="dxa"/>
          </w:tcPr>
          <w:p w14:paraId="6F74E36F" w14:textId="77777777" w:rsidR="00B61AD0" w:rsidRDefault="0005461C">
            <w:r>
              <w:t>____</w:t>
            </w:r>
          </w:p>
        </w:tc>
        <w:tc>
          <w:tcPr>
            <w:tcW w:w="1234" w:type="dxa"/>
          </w:tcPr>
          <w:p w14:paraId="724602AC" w14:textId="77777777" w:rsidR="00B61AD0" w:rsidRDefault="0005461C">
            <w:r>
              <w:t>____</w:t>
            </w:r>
          </w:p>
        </w:tc>
      </w:tr>
    </w:tbl>
    <w:p w14:paraId="1C91DA09" w14:textId="77777777" w:rsidR="00B61AD0" w:rsidRDefault="0005461C">
      <w:r>
        <w:br/>
        <w:t>O valor total da contratação é de R$ __________ (__________________________).</w:t>
      </w:r>
    </w:p>
    <w:p w14:paraId="4B7300AB" w14:textId="77777777" w:rsidR="00B61AD0" w:rsidRDefault="0005461C">
      <w:r>
        <w:t xml:space="preserve">Diante do </w:t>
      </w:r>
      <w:proofErr w:type="spellStart"/>
      <w:r>
        <w:t>exposto</w:t>
      </w:r>
      <w:proofErr w:type="spellEnd"/>
      <w:r>
        <w:t xml:space="preserve">, </w:t>
      </w:r>
      <w:proofErr w:type="spellStart"/>
      <w:r>
        <w:t>solicitamos</w:t>
      </w:r>
      <w:proofErr w:type="spellEnd"/>
      <w:r>
        <w:t xml:space="preserve"> que </w:t>
      </w:r>
      <w:proofErr w:type="gramStart"/>
      <w:r>
        <w:t>a</w:t>
      </w:r>
      <w:proofErr w:type="gramEnd"/>
      <w:r>
        <w:t xml:space="preserve"> empresa informe se há concordância com a adesão do [ÓRGÃO/ENTIDADE INTERESSADA] à referida Ata de Registro de Preços.</w:t>
      </w:r>
    </w:p>
    <w:p w14:paraId="15ED7BC3" w14:textId="77777777" w:rsidR="00B61AD0" w:rsidRDefault="0005461C">
      <w:r>
        <w:t>Caso haja concordância ou recusa, pedimos a gentileza de encaminhar a manifestação formal para o e-mail: ___________________________.</w:t>
      </w:r>
    </w:p>
    <w:p w14:paraId="52B1A0EF" w14:textId="77777777" w:rsidR="00B61AD0" w:rsidRDefault="0005461C">
      <w:r>
        <w:br/>
        <w:t>Atenciosamente,</w:t>
      </w:r>
    </w:p>
    <w:p w14:paraId="0377DA67" w14:textId="77777777" w:rsidR="00B61AD0" w:rsidRDefault="0005461C">
      <w:r>
        <w:t>_____________________________________</w:t>
      </w:r>
    </w:p>
    <w:p w14:paraId="579503A3" w14:textId="77777777" w:rsidR="0005461C" w:rsidRDefault="0005461C">
      <w:r>
        <w:t>Cargo/</w:t>
      </w:r>
      <w:proofErr w:type="spellStart"/>
      <w:r>
        <w:t>Função</w:t>
      </w:r>
      <w:proofErr w:type="spellEnd"/>
    </w:p>
    <w:p w14:paraId="7C1B0B63" w14:textId="4F64581C" w:rsidR="00B61AD0" w:rsidRDefault="0005461C">
      <w:r>
        <w:t>[ÓRGÃO/ENTIDADE INTERESSADA]</w:t>
      </w:r>
    </w:p>
    <w:sectPr w:rsidR="00B61A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461C"/>
    <w:rsid w:val="0006063C"/>
    <w:rsid w:val="0015074B"/>
    <w:rsid w:val="002637AF"/>
    <w:rsid w:val="0029639D"/>
    <w:rsid w:val="00326F90"/>
    <w:rsid w:val="00737676"/>
    <w:rsid w:val="00AA1D8D"/>
    <w:rsid w:val="00B47730"/>
    <w:rsid w:val="00B61AD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D97B56"/>
  <w14:defaultImageDpi w14:val="300"/>
  <w15:docId w15:val="{11DCB890-703F-4936-8777-7733F8EF1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Vania Mader</cp:lastModifiedBy>
  <cp:revision>2</cp:revision>
  <dcterms:created xsi:type="dcterms:W3CDTF">2025-09-11T13:01:00Z</dcterms:created>
  <dcterms:modified xsi:type="dcterms:W3CDTF">2025-09-11T13:01:00Z</dcterms:modified>
  <cp:category/>
</cp:coreProperties>
</file>